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3CC2E" w14:textId="77777777" w:rsidR="001D2757" w:rsidRDefault="00000000">
      <w:pPr>
        <w:jc w:val="center"/>
      </w:pPr>
      <w:r>
        <w:rPr>
          <w:b/>
          <w:color w:val="17365D"/>
          <w:sz w:val="40"/>
        </w:rPr>
        <w:t>JOB DESCRIPTION</w:t>
      </w:r>
    </w:p>
    <w:p w14:paraId="5D8CDA2D" w14:textId="77777777" w:rsidR="001D2757" w:rsidRDefault="00000000">
      <w:pPr>
        <w:jc w:val="center"/>
      </w:pPr>
      <w:r>
        <w:rPr>
          <w:b/>
          <w:color w:val="E87511"/>
          <w:sz w:val="30"/>
        </w:rPr>
        <w:t>MOBILE APP DEVELOPER – ANDROID &amp; iOS</w:t>
      </w:r>
    </w:p>
    <w:p w14:paraId="7F9AC58A" w14:textId="130D7886" w:rsidR="001D2757" w:rsidRDefault="00000000">
      <w:pPr>
        <w:jc w:val="center"/>
      </w:pPr>
      <w:r>
        <w:rPr>
          <w:b/>
          <w:sz w:val="23"/>
        </w:rPr>
        <w:t>Group Surya – Surya International Enterprise  Limited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3"/>
        <w:gridCol w:w="2553"/>
        <w:gridCol w:w="2554"/>
        <w:gridCol w:w="2554"/>
      </w:tblGrid>
      <w:tr w:rsidR="001D2757" w14:paraId="2E469923" w14:textId="77777777">
        <w:trPr>
          <w:jc w:val="center"/>
        </w:trPr>
        <w:tc>
          <w:tcPr>
            <w:tcW w:w="2556" w:type="dxa"/>
            <w:shd w:val="clear" w:color="auto" w:fill="D9EAF7"/>
            <w:vAlign w:val="center"/>
          </w:tcPr>
          <w:p w14:paraId="6F992D20" w14:textId="77777777" w:rsidR="001D2757" w:rsidRDefault="00000000">
            <w:r>
              <w:rPr>
                <w:b/>
                <w:sz w:val="19"/>
              </w:rPr>
              <w:t>Position</w:t>
            </w:r>
          </w:p>
        </w:tc>
        <w:tc>
          <w:tcPr>
            <w:tcW w:w="2556" w:type="dxa"/>
            <w:vAlign w:val="center"/>
          </w:tcPr>
          <w:p w14:paraId="62651757" w14:textId="77777777" w:rsidR="001D2757" w:rsidRDefault="00000000">
            <w:r>
              <w:rPr>
                <w:sz w:val="19"/>
              </w:rPr>
              <w:t>Mobile App Developer</w:t>
            </w:r>
          </w:p>
        </w:tc>
        <w:tc>
          <w:tcPr>
            <w:tcW w:w="2556" w:type="dxa"/>
            <w:shd w:val="clear" w:color="auto" w:fill="D9EAF7"/>
            <w:vAlign w:val="center"/>
          </w:tcPr>
          <w:p w14:paraId="5B3D420A" w14:textId="77777777" w:rsidR="001D2757" w:rsidRDefault="00000000">
            <w:r>
              <w:rPr>
                <w:b/>
                <w:sz w:val="19"/>
              </w:rPr>
              <w:t>Employment Type</w:t>
            </w:r>
          </w:p>
        </w:tc>
        <w:tc>
          <w:tcPr>
            <w:tcW w:w="2556" w:type="dxa"/>
            <w:vAlign w:val="center"/>
          </w:tcPr>
          <w:p w14:paraId="581B66E1" w14:textId="77777777" w:rsidR="001D2757" w:rsidRDefault="00000000">
            <w:r>
              <w:rPr>
                <w:sz w:val="19"/>
              </w:rPr>
              <w:t>Full-Time</w:t>
            </w:r>
          </w:p>
        </w:tc>
      </w:tr>
      <w:tr w:rsidR="001D2757" w14:paraId="4A2BE711" w14:textId="77777777">
        <w:trPr>
          <w:jc w:val="center"/>
        </w:trPr>
        <w:tc>
          <w:tcPr>
            <w:tcW w:w="2556" w:type="dxa"/>
            <w:shd w:val="clear" w:color="auto" w:fill="D9EAF7"/>
            <w:vAlign w:val="center"/>
          </w:tcPr>
          <w:p w14:paraId="656D8D8F" w14:textId="77777777" w:rsidR="001D2757" w:rsidRDefault="00000000">
            <w:r>
              <w:rPr>
                <w:b/>
                <w:sz w:val="19"/>
              </w:rPr>
              <w:t>Experience</w:t>
            </w:r>
          </w:p>
        </w:tc>
        <w:tc>
          <w:tcPr>
            <w:tcW w:w="2556" w:type="dxa"/>
            <w:vAlign w:val="center"/>
          </w:tcPr>
          <w:p w14:paraId="36DC897B" w14:textId="580735AC" w:rsidR="001D2757" w:rsidRDefault="007B11B8">
            <w:r>
              <w:t>Freshers</w:t>
            </w:r>
          </w:p>
        </w:tc>
        <w:tc>
          <w:tcPr>
            <w:tcW w:w="2556" w:type="dxa"/>
            <w:shd w:val="clear" w:color="auto" w:fill="D9EAF7"/>
            <w:vAlign w:val="center"/>
          </w:tcPr>
          <w:p w14:paraId="4593080E" w14:textId="77777777" w:rsidR="001D2757" w:rsidRDefault="00000000">
            <w:r>
              <w:rPr>
                <w:b/>
                <w:sz w:val="19"/>
              </w:rPr>
              <w:t>Location</w:t>
            </w:r>
          </w:p>
        </w:tc>
        <w:tc>
          <w:tcPr>
            <w:tcW w:w="2556" w:type="dxa"/>
            <w:vAlign w:val="center"/>
          </w:tcPr>
          <w:p w14:paraId="34A8C8CB" w14:textId="77777777" w:rsidR="001D2757" w:rsidRDefault="00000000">
            <w:r>
              <w:rPr>
                <w:sz w:val="19"/>
              </w:rPr>
              <w:t>Bhubaneswar, Odisha</w:t>
            </w:r>
          </w:p>
        </w:tc>
      </w:tr>
      <w:tr w:rsidR="001D2757" w14:paraId="41B45403" w14:textId="77777777">
        <w:trPr>
          <w:jc w:val="center"/>
        </w:trPr>
        <w:tc>
          <w:tcPr>
            <w:tcW w:w="2556" w:type="dxa"/>
            <w:shd w:val="clear" w:color="auto" w:fill="D9EAF7"/>
            <w:vAlign w:val="center"/>
          </w:tcPr>
          <w:p w14:paraId="114C506B" w14:textId="092B79ED" w:rsidR="001D2757" w:rsidRDefault="001D2757"/>
        </w:tc>
        <w:tc>
          <w:tcPr>
            <w:tcW w:w="2556" w:type="dxa"/>
            <w:vAlign w:val="center"/>
          </w:tcPr>
          <w:p w14:paraId="37B5D929" w14:textId="565154B5" w:rsidR="001D2757" w:rsidRDefault="001D2757"/>
        </w:tc>
        <w:tc>
          <w:tcPr>
            <w:tcW w:w="2556" w:type="dxa"/>
            <w:shd w:val="clear" w:color="auto" w:fill="D9EAF7"/>
            <w:vAlign w:val="center"/>
          </w:tcPr>
          <w:p w14:paraId="5658CDE3" w14:textId="77777777" w:rsidR="001D2757" w:rsidRDefault="00000000">
            <w:r>
              <w:rPr>
                <w:b/>
                <w:sz w:val="19"/>
              </w:rPr>
              <w:t>Department</w:t>
            </w:r>
          </w:p>
        </w:tc>
        <w:tc>
          <w:tcPr>
            <w:tcW w:w="2556" w:type="dxa"/>
            <w:vAlign w:val="center"/>
          </w:tcPr>
          <w:p w14:paraId="27DF6F0F" w14:textId="77777777" w:rsidR="001D2757" w:rsidRDefault="00000000">
            <w:r>
              <w:rPr>
                <w:sz w:val="19"/>
              </w:rPr>
              <w:t>Information Technology</w:t>
            </w:r>
          </w:p>
        </w:tc>
      </w:tr>
      <w:tr w:rsidR="001D2757" w14:paraId="73C9DFD3" w14:textId="77777777">
        <w:trPr>
          <w:jc w:val="center"/>
        </w:trPr>
        <w:tc>
          <w:tcPr>
            <w:tcW w:w="2556" w:type="dxa"/>
            <w:shd w:val="clear" w:color="auto" w:fill="D9EAF7"/>
            <w:vAlign w:val="center"/>
          </w:tcPr>
          <w:p w14:paraId="3E07CE75" w14:textId="77777777" w:rsidR="001D2757" w:rsidRDefault="00000000">
            <w:r>
              <w:rPr>
                <w:b/>
                <w:sz w:val="19"/>
              </w:rPr>
              <w:t>Primary Technologies</w:t>
            </w:r>
          </w:p>
        </w:tc>
        <w:tc>
          <w:tcPr>
            <w:tcW w:w="2556" w:type="dxa"/>
            <w:vAlign w:val="center"/>
          </w:tcPr>
          <w:p w14:paraId="4C883066" w14:textId="77777777" w:rsidR="001D2757" w:rsidRDefault="00000000">
            <w:r>
              <w:rPr>
                <w:sz w:val="19"/>
              </w:rPr>
              <w:t>Kotlin, Android, iOS, KMP</w:t>
            </w:r>
          </w:p>
        </w:tc>
        <w:tc>
          <w:tcPr>
            <w:tcW w:w="2556" w:type="dxa"/>
            <w:shd w:val="clear" w:color="auto" w:fill="D9EAF7"/>
            <w:vAlign w:val="center"/>
          </w:tcPr>
          <w:p w14:paraId="1FB5A75A" w14:textId="77777777" w:rsidR="001D2757" w:rsidRDefault="00000000">
            <w:r>
              <w:rPr>
                <w:b/>
                <w:sz w:val="19"/>
              </w:rPr>
              <w:t>Company</w:t>
            </w:r>
          </w:p>
        </w:tc>
        <w:tc>
          <w:tcPr>
            <w:tcW w:w="2556" w:type="dxa"/>
            <w:vAlign w:val="center"/>
          </w:tcPr>
          <w:p w14:paraId="16E1E98F" w14:textId="77777777" w:rsidR="001D2757" w:rsidRDefault="00000000">
            <w:r>
              <w:rPr>
                <w:sz w:val="19"/>
              </w:rPr>
              <w:t>Group Surya</w:t>
            </w:r>
          </w:p>
        </w:tc>
      </w:tr>
    </w:tbl>
    <w:p w14:paraId="229C896E" w14:textId="77777777" w:rsidR="001D2757" w:rsidRDefault="00000000">
      <w:pPr>
        <w:spacing w:before="160" w:after="80"/>
      </w:pPr>
      <w:r>
        <w:rPr>
          <w:b/>
          <w:color w:val="17365D"/>
          <w:sz w:val="28"/>
        </w:rPr>
        <w:t>1. Job Summary</w:t>
      </w:r>
    </w:p>
    <w:p w14:paraId="6A510A77" w14:textId="28037EB4" w:rsidR="001D2757" w:rsidRDefault="00000000">
      <w:r>
        <w:t xml:space="preserve">We are looking for an enthusiastic and skilled Mobile App Developer </w:t>
      </w:r>
      <w:proofErr w:type="gramStart"/>
      <w:r>
        <w:t>with  hands</w:t>
      </w:r>
      <w:proofErr w:type="gramEnd"/>
      <w:r>
        <w:t>-on experience in mobile application development for Android and/or iOS platforms. The selected candidate will be responsible for designing, developing, testing, debugging, deploying and maintaining high-performance, scalable, secure and user-friendly mobile applications. Strong knowledge of Kotlin, Android SDK, Jetpack Compose, Retrofit, REST APIs, Firebase and Kotlin Multiplatform Mobile (KMP) is expected. Knowledge of Swift, UIKit/SwiftUI and Xcode will be an added advantage.</w:t>
      </w:r>
    </w:p>
    <w:p w14:paraId="420B5856" w14:textId="77777777" w:rsidR="001D2757" w:rsidRDefault="00000000">
      <w:pPr>
        <w:spacing w:before="160" w:after="80"/>
      </w:pPr>
      <w:r>
        <w:rPr>
          <w:b/>
          <w:color w:val="17365D"/>
          <w:sz w:val="28"/>
        </w:rPr>
        <w:t>2. Key Responsibilities</w:t>
      </w:r>
    </w:p>
    <w:p w14:paraId="4848C4AB" w14:textId="77777777" w:rsidR="001D2757" w:rsidRDefault="00000000">
      <w:pPr>
        <w:pStyle w:val="ListBullet"/>
        <w:spacing w:after="40"/>
      </w:pPr>
      <w:r>
        <w:t>Design, develop and maintain high-quality Android and iOS mobile applications.</w:t>
      </w:r>
    </w:p>
    <w:p w14:paraId="2AAD9D67" w14:textId="77777777" w:rsidR="001D2757" w:rsidRDefault="00000000">
      <w:pPr>
        <w:pStyle w:val="ListBullet"/>
        <w:spacing w:after="40"/>
      </w:pPr>
      <w:r>
        <w:t>Develop new features and enhance existing applications based on business and user requirements.</w:t>
      </w:r>
    </w:p>
    <w:p w14:paraId="617C449E" w14:textId="77777777" w:rsidR="001D2757" w:rsidRDefault="00000000">
      <w:pPr>
        <w:pStyle w:val="ListBullet"/>
        <w:spacing w:after="40"/>
      </w:pPr>
      <w:r>
        <w:t>Write clean, reusable, maintainable and scalable code.</w:t>
      </w:r>
    </w:p>
    <w:p w14:paraId="7761572F" w14:textId="77777777" w:rsidR="001D2757" w:rsidRDefault="00000000">
      <w:pPr>
        <w:pStyle w:val="ListBullet"/>
        <w:spacing w:after="40"/>
      </w:pPr>
      <w:r>
        <w:t>Develop Android applications using Kotlin, Android Studio and Android SDK.</w:t>
      </w:r>
    </w:p>
    <w:p w14:paraId="6C5A9497" w14:textId="77777777" w:rsidR="001D2757" w:rsidRDefault="00000000">
      <w:pPr>
        <w:pStyle w:val="ListBullet"/>
        <w:spacing w:after="40"/>
      </w:pPr>
      <w:r>
        <w:t>Build modern Android interfaces using Jetpack Compose and Jetpack Components.</w:t>
      </w:r>
    </w:p>
    <w:p w14:paraId="6A03620F" w14:textId="77777777" w:rsidR="001D2757" w:rsidRDefault="00000000">
      <w:pPr>
        <w:pStyle w:val="ListBullet"/>
        <w:spacing w:after="40"/>
      </w:pPr>
      <w:r>
        <w:t>Implement application architecture using MVVM, MVP, Clean Architecture or suitable patterns.</w:t>
      </w:r>
    </w:p>
    <w:p w14:paraId="1ED5C75F" w14:textId="77777777" w:rsidR="001D2757" w:rsidRDefault="00000000">
      <w:pPr>
        <w:pStyle w:val="ListBullet"/>
        <w:spacing w:after="40"/>
      </w:pPr>
      <w:r>
        <w:t>Integrate REST APIs and third-party services using Retrofit, JSON and secure network communication.</w:t>
      </w:r>
    </w:p>
    <w:p w14:paraId="0A4E4CE6" w14:textId="77777777" w:rsidR="001D2757" w:rsidRDefault="00000000">
      <w:pPr>
        <w:pStyle w:val="ListBullet"/>
        <w:spacing w:after="40"/>
      </w:pPr>
      <w:r>
        <w:t>Work with Firebase and Google Play Services as required.</w:t>
      </w:r>
    </w:p>
    <w:p w14:paraId="78E8CEAC" w14:textId="77777777" w:rsidR="001D2757" w:rsidRDefault="00000000">
      <w:pPr>
        <w:pStyle w:val="ListBullet"/>
        <w:spacing w:after="40"/>
      </w:pPr>
      <w:r>
        <w:t>Work with Kotlin Multiplatform Mobile (KMP) for cross-platform/shared business logic.</w:t>
      </w:r>
    </w:p>
    <w:p w14:paraId="164D8264" w14:textId="77777777" w:rsidR="001D2757" w:rsidRDefault="00000000">
      <w:pPr>
        <w:pStyle w:val="ListBullet"/>
        <w:spacing w:after="40"/>
      </w:pPr>
      <w:r>
        <w:t>Contribute to iOS development using Swift, UIKit/SwiftUI and Xcode where required.</w:t>
      </w:r>
    </w:p>
    <w:p w14:paraId="368FEB01" w14:textId="77777777" w:rsidR="001D2757" w:rsidRDefault="00000000">
      <w:pPr>
        <w:pStyle w:val="ListBullet"/>
        <w:spacing w:after="40"/>
      </w:pPr>
      <w:r>
        <w:t>Perform application testing, debugging, troubleshooting and performance optimization.</w:t>
      </w:r>
    </w:p>
    <w:p w14:paraId="4A375370" w14:textId="77777777" w:rsidR="001D2757" w:rsidRDefault="00000000">
      <w:pPr>
        <w:pStyle w:val="ListBullet"/>
        <w:spacing w:after="40"/>
      </w:pPr>
      <w:r>
        <w:t>Identify and resolve application defects and production issues.</w:t>
      </w:r>
    </w:p>
    <w:p w14:paraId="4788D3DE" w14:textId="77777777" w:rsidR="001D2757" w:rsidRDefault="00000000">
      <w:pPr>
        <w:pStyle w:val="ListBullet"/>
        <w:spacing w:after="40"/>
      </w:pPr>
      <w:r>
        <w:t>Participate in the complete application lifecycle: concept, design, development, testing, deployment and maintenance.</w:t>
      </w:r>
    </w:p>
    <w:p w14:paraId="6734BFDE" w14:textId="77777777" w:rsidR="001D2757" w:rsidRDefault="00000000">
      <w:pPr>
        <w:pStyle w:val="ListBullet"/>
        <w:spacing w:after="40"/>
      </w:pPr>
      <w:r>
        <w:t>Prepare and support application releases to Google Play Store and Apple App Store.</w:t>
      </w:r>
    </w:p>
    <w:p w14:paraId="6DB187C7" w14:textId="77777777" w:rsidR="001D2757" w:rsidRDefault="00000000">
      <w:pPr>
        <w:pStyle w:val="ListBullet"/>
        <w:spacing w:after="40"/>
      </w:pPr>
      <w:r>
        <w:t>Collaborate with UI/UX, QA, backend, product and other cross-functional teams.</w:t>
      </w:r>
    </w:p>
    <w:p w14:paraId="4EB2DF38" w14:textId="77777777" w:rsidR="001D2757" w:rsidRDefault="00000000">
      <w:pPr>
        <w:pStyle w:val="ListBullet"/>
        <w:spacing w:after="40"/>
      </w:pPr>
      <w:r>
        <w:t>Use Git/version control for source-code management and team collaboration.</w:t>
      </w:r>
    </w:p>
    <w:p w14:paraId="3F2A3FFC" w14:textId="77777777" w:rsidR="001D2757" w:rsidRDefault="00000000">
      <w:pPr>
        <w:pStyle w:val="ListBullet"/>
        <w:spacing w:after="40"/>
      </w:pPr>
      <w:r>
        <w:t>Follow secure coding, data protection and software development best practices.</w:t>
      </w:r>
    </w:p>
    <w:p w14:paraId="52E57BD0" w14:textId="77777777" w:rsidR="001D2757" w:rsidRDefault="00000000">
      <w:pPr>
        <w:pStyle w:val="ListBullet"/>
        <w:spacing w:after="40"/>
      </w:pPr>
      <w:r>
        <w:t>Maintain technical documentation for application modules, APIs and development changes.</w:t>
      </w:r>
    </w:p>
    <w:p w14:paraId="48CBCF86" w14:textId="77777777" w:rsidR="001D2757" w:rsidRDefault="00000000">
      <w:pPr>
        <w:spacing w:before="160" w:after="80"/>
      </w:pPr>
      <w:r>
        <w:rPr>
          <w:b/>
          <w:color w:val="17365D"/>
          <w:sz w:val="28"/>
        </w:rPr>
        <w:t>3. Required Technical Skills</w:t>
      </w:r>
    </w:p>
    <w:p w14:paraId="4DE53646" w14:textId="77777777" w:rsidR="001D2757" w:rsidRDefault="00000000">
      <w:pPr>
        <w:pStyle w:val="ListBullet"/>
        <w:spacing w:after="40"/>
      </w:pPr>
      <w:r>
        <w:t>Strong knowledge of Kotlin and Android development.</w:t>
      </w:r>
    </w:p>
    <w:p w14:paraId="6D5FF92A" w14:textId="77777777" w:rsidR="001D2757" w:rsidRDefault="00000000">
      <w:pPr>
        <w:pStyle w:val="ListBullet"/>
        <w:spacing w:after="40"/>
      </w:pPr>
      <w:r>
        <w:t>Hands-on experience with Android Studio and Android SDK.</w:t>
      </w:r>
    </w:p>
    <w:p w14:paraId="15E6A304" w14:textId="77777777" w:rsidR="001D2757" w:rsidRDefault="00000000">
      <w:pPr>
        <w:pStyle w:val="ListBullet"/>
        <w:spacing w:after="40"/>
      </w:pPr>
      <w:r>
        <w:t>Strong working knowledge of Jetpack Compose.</w:t>
      </w:r>
    </w:p>
    <w:p w14:paraId="4C089383" w14:textId="77777777" w:rsidR="001D2757" w:rsidRDefault="00000000">
      <w:pPr>
        <w:pStyle w:val="ListBullet"/>
        <w:spacing w:after="40"/>
      </w:pPr>
      <w:r>
        <w:t>Experience with Retrofit, REST APIs and JSON.</w:t>
      </w:r>
    </w:p>
    <w:p w14:paraId="000FF83D" w14:textId="77777777" w:rsidR="001D2757" w:rsidRDefault="00000000">
      <w:pPr>
        <w:pStyle w:val="ListBullet"/>
        <w:spacing w:after="40"/>
      </w:pPr>
      <w:r>
        <w:t>Knowledge of Firebase and Google Play Services.</w:t>
      </w:r>
    </w:p>
    <w:p w14:paraId="7FB2E1FF" w14:textId="77777777" w:rsidR="001D2757" w:rsidRDefault="00000000">
      <w:pPr>
        <w:pStyle w:val="ListBullet"/>
        <w:spacing w:after="40"/>
      </w:pPr>
      <w:r>
        <w:t>Understanding of MVVM, MVP and Clean Architecture.</w:t>
      </w:r>
    </w:p>
    <w:p w14:paraId="0C94E96E" w14:textId="77777777" w:rsidR="001D2757" w:rsidRDefault="00000000">
      <w:pPr>
        <w:pStyle w:val="ListBullet"/>
        <w:spacing w:after="40"/>
      </w:pPr>
      <w:r>
        <w:lastRenderedPageBreak/>
        <w:t>Knowledge of Jetpack Components such as ViewModel, LiveData and Room.</w:t>
      </w:r>
    </w:p>
    <w:p w14:paraId="47CBD08A" w14:textId="77777777" w:rsidR="001D2757" w:rsidRDefault="00000000">
      <w:pPr>
        <w:pStyle w:val="ListBullet"/>
        <w:spacing w:after="40"/>
      </w:pPr>
      <w:r>
        <w:t>Working knowledge of SQLite/Room Database.</w:t>
      </w:r>
    </w:p>
    <w:p w14:paraId="710C2515" w14:textId="77777777" w:rsidR="001D2757" w:rsidRDefault="00000000">
      <w:pPr>
        <w:pStyle w:val="ListBullet"/>
        <w:spacing w:after="40"/>
      </w:pPr>
      <w:r>
        <w:t>Good knowledge of HTML/CSS/JavaScript is an advantage for related application/web integration.</w:t>
      </w:r>
    </w:p>
    <w:p w14:paraId="79F7867E" w14:textId="77777777" w:rsidR="001D2757" w:rsidRDefault="00000000">
      <w:pPr>
        <w:pStyle w:val="ListBullet"/>
        <w:spacing w:after="40"/>
      </w:pPr>
      <w:r>
        <w:t>Experience with Git and version-control systems.</w:t>
      </w:r>
    </w:p>
    <w:p w14:paraId="27EF9752" w14:textId="77777777" w:rsidR="001D2757" w:rsidRDefault="00000000">
      <w:pPr>
        <w:pStyle w:val="ListBullet"/>
        <w:spacing w:after="40"/>
      </w:pPr>
      <w:r>
        <w:t>Strong debugging, analytical and problem-solving skills.</w:t>
      </w:r>
    </w:p>
    <w:p w14:paraId="2D8CEEE5" w14:textId="77777777" w:rsidR="001D2757" w:rsidRDefault="00000000">
      <w:pPr>
        <w:spacing w:before="160" w:after="80"/>
      </w:pPr>
      <w:r>
        <w:rPr>
          <w:b/>
          <w:color w:val="17365D"/>
          <w:sz w:val="28"/>
        </w:rPr>
        <w:t>4. iOS &amp; Cross-Platform Skills</w:t>
      </w:r>
    </w:p>
    <w:p w14:paraId="12B59352" w14:textId="77777777" w:rsidR="001D2757" w:rsidRDefault="00000000">
      <w:pPr>
        <w:pStyle w:val="ListBullet"/>
        <w:spacing w:after="40"/>
      </w:pPr>
      <w:r>
        <w:t>Basic to intermediate knowledge of Swift.</w:t>
      </w:r>
    </w:p>
    <w:p w14:paraId="5AE1793E" w14:textId="77777777" w:rsidR="001D2757" w:rsidRDefault="00000000">
      <w:pPr>
        <w:pStyle w:val="ListBullet"/>
        <w:spacing w:after="40"/>
      </w:pPr>
      <w:r>
        <w:t>Exposure to UIKit, SwiftUI and Xcode.</w:t>
      </w:r>
    </w:p>
    <w:p w14:paraId="16F5322B" w14:textId="77777777" w:rsidR="001D2757" w:rsidRDefault="00000000">
      <w:pPr>
        <w:pStyle w:val="ListBullet"/>
        <w:spacing w:after="40"/>
      </w:pPr>
      <w:r>
        <w:t>Understanding of iOS application lifecycle and development practices.</w:t>
      </w:r>
    </w:p>
    <w:p w14:paraId="57924BA6" w14:textId="77777777" w:rsidR="001D2757" w:rsidRDefault="00000000">
      <w:pPr>
        <w:pStyle w:val="ListBullet"/>
        <w:spacing w:after="40"/>
      </w:pPr>
      <w:r>
        <w:t>Knowledge of Kotlin Multiplatform Mobile (KMP) for cross-platform development.</w:t>
      </w:r>
    </w:p>
    <w:p w14:paraId="226D09B4" w14:textId="77777777" w:rsidR="001D2757" w:rsidRDefault="00000000">
      <w:pPr>
        <w:pStyle w:val="ListBullet"/>
        <w:spacing w:after="40"/>
      </w:pPr>
      <w:r>
        <w:t>Ability to work with shared business logic and maintain feature consistency across Android and iOS.</w:t>
      </w:r>
    </w:p>
    <w:p w14:paraId="4C1A1588" w14:textId="77777777" w:rsidR="001D2757" w:rsidRDefault="00000000">
      <w:pPr>
        <w:spacing w:before="160" w:after="80"/>
      </w:pPr>
      <w:r>
        <w:rPr>
          <w:b/>
          <w:color w:val="17365D"/>
          <w:sz w:val="28"/>
        </w:rPr>
        <w:t>5. UI/UX &amp; Performance</w:t>
      </w:r>
    </w:p>
    <w:p w14:paraId="1FB8E5C3" w14:textId="77777777" w:rsidR="001D2757" w:rsidRDefault="00000000">
      <w:pPr>
        <w:pStyle w:val="ListBullet"/>
        <w:spacing w:after="40"/>
      </w:pPr>
      <w:r>
        <w:t>Good understanding of mobile UI/UX principles.</w:t>
      </w:r>
    </w:p>
    <w:p w14:paraId="13533E23" w14:textId="77777777" w:rsidR="001D2757" w:rsidRDefault="00000000">
      <w:pPr>
        <w:pStyle w:val="ListBullet"/>
        <w:spacing w:after="40"/>
      </w:pPr>
      <w:r>
        <w:t>Ability to convert UI/UX designs into responsive and user-friendly interfaces.</w:t>
      </w:r>
    </w:p>
    <w:p w14:paraId="7B838573" w14:textId="77777777" w:rsidR="001D2757" w:rsidRDefault="00000000">
      <w:pPr>
        <w:pStyle w:val="ListBullet"/>
        <w:spacing w:after="40"/>
      </w:pPr>
      <w:r>
        <w:t>Experience with XML layouts and Jetpack Compose.</w:t>
      </w:r>
    </w:p>
    <w:p w14:paraId="7FA38A94" w14:textId="77777777" w:rsidR="001D2757" w:rsidRDefault="00000000">
      <w:pPr>
        <w:pStyle w:val="ListBullet"/>
        <w:spacing w:after="40"/>
      </w:pPr>
      <w:r>
        <w:t>Focus on application responsiveness, stability and performance.</w:t>
      </w:r>
    </w:p>
    <w:p w14:paraId="40084F12" w14:textId="77777777" w:rsidR="001D2757" w:rsidRDefault="00000000">
      <w:pPr>
        <w:pStyle w:val="ListBullet"/>
        <w:spacing w:after="40"/>
      </w:pPr>
      <w:r>
        <w:t>Ability to identify and resolve memory, network and performance bottlenecks.</w:t>
      </w:r>
    </w:p>
    <w:p w14:paraId="19CE3065" w14:textId="77777777" w:rsidR="001D2757" w:rsidRDefault="00000000">
      <w:pPr>
        <w:spacing w:before="160" w:after="80"/>
      </w:pPr>
      <w:r>
        <w:rPr>
          <w:b/>
          <w:color w:val="17365D"/>
          <w:sz w:val="28"/>
        </w:rPr>
        <w:t>6. Educational Qualification</w:t>
      </w:r>
    </w:p>
    <w:p w14:paraId="162357C7" w14:textId="77777777" w:rsidR="001D2757" w:rsidRDefault="00000000">
      <w:pPr>
        <w:pStyle w:val="ListBullet"/>
        <w:spacing w:after="40"/>
      </w:pPr>
      <w:r>
        <w:t>Bachelor’s degree in Computer Science, Information Technology, Computer Applications, Engineering or a related technical field.</w:t>
      </w:r>
    </w:p>
    <w:p w14:paraId="64EB32E6" w14:textId="77777777" w:rsidR="001D2757" w:rsidRDefault="00000000">
      <w:pPr>
        <w:pStyle w:val="ListBullet"/>
        <w:spacing w:after="40"/>
      </w:pPr>
      <w:r>
        <w:t>B.Tech/B.E., BCA/MCA, B.Sc. Computer Science/IT or equivalent qualification is preferred.</w:t>
      </w:r>
    </w:p>
    <w:p w14:paraId="2E0C97F1" w14:textId="77777777" w:rsidR="001D2757" w:rsidRDefault="00000000">
      <w:pPr>
        <w:pStyle w:val="ListBullet"/>
        <w:spacing w:after="40"/>
      </w:pPr>
      <w:r>
        <w:t>Relevant certifications, training or demonstrable project experience will be an added advantage.</w:t>
      </w:r>
    </w:p>
    <w:p w14:paraId="342DD217" w14:textId="77777777" w:rsidR="001D2757" w:rsidRDefault="00000000">
      <w:pPr>
        <w:spacing w:before="160" w:after="80"/>
      </w:pPr>
      <w:r>
        <w:rPr>
          <w:b/>
          <w:color w:val="17365D"/>
          <w:sz w:val="28"/>
        </w:rPr>
        <w:t>7. Experience &amp; Preferred Candidate Profile</w:t>
      </w:r>
    </w:p>
    <w:p w14:paraId="55A4E9D3" w14:textId="77777777" w:rsidR="001D2757" w:rsidRDefault="00000000">
      <w:pPr>
        <w:pStyle w:val="ListBullet"/>
        <w:spacing w:after="40"/>
      </w:pPr>
      <w:r>
        <w:t>Strong hands-on experience in Kotlin and Android application development.</w:t>
      </w:r>
    </w:p>
    <w:p w14:paraId="32AB36BE" w14:textId="77777777" w:rsidR="001D2757" w:rsidRDefault="00000000">
      <w:pPr>
        <w:pStyle w:val="ListBullet"/>
        <w:spacing w:after="40"/>
      </w:pPr>
      <w:r>
        <w:t>Practical experience with Jetpack Compose, Retrofit, REST APIs and Firebase.</w:t>
      </w:r>
    </w:p>
    <w:p w14:paraId="6D5FF0DC" w14:textId="77777777" w:rsidR="001D2757" w:rsidRDefault="00000000">
      <w:pPr>
        <w:pStyle w:val="ListBullet"/>
        <w:spacing w:after="40"/>
      </w:pPr>
      <w:r>
        <w:t>Exposure to KMP will be highly preferred.</w:t>
      </w:r>
    </w:p>
    <w:p w14:paraId="14A81FF6" w14:textId="77777777" w:rsidR="001D2757" w:rsidRDefault="00000000">
      <w:pPr>
        <w:pStyle w:val="ListBullet"/>
        <w:spacing w:after="40"/>
      </w:pPr>
      <w:r>
        <w:t>Knowledge of iOS development using Swift, UIKit/SwiftUI and Xcode is an advantage.</w:t>
      </w:r>
    </w:p>
    <w:p w14:paraId="10DED38C" w14:textId="77777777" w:rsidR="001D2757" w:rsidRDefault="00000000">
      <w:pPr>
        <w:pStyle w:val="ListBullet"/>
        <w:spacing w:after="40"/>
      </w:pPr>
      <w:r>
        <w:t>Experience in publishing or maintaining applications on Google Play Store/App Store is preferred.</w:t>
      </w:r>
    </w:p>
    <w:p w14:paraId="4F6657A8" w14:textId="77777777" w:rsidR="001D2757" w:rsidRDefault="00000000">
      <w:pPr>
        <w:pStyle w:val="ListBullet"/>
        <w:spacing w:after="40"/>
      </w:pPr>
      <w:r>
        <w:t>Ability to work independently and take ownership of assigned modules.</w:t>
      </w:r>
    </w:p>
    <w:p w14:paraId="243DB1E8" w14:textId="77777777" w:rsidR="001D2757" w:rsidRDefault="00000000">
      <w:pPr>
        <w:pStyle w:val="ListBullet"/>
        <w:spacing w:after="40"/>
      </w:pPr>
      <w:r>
        <w:t>Good communication and team collaboration skills.</w:t>
      </w:r>
    </w:p>
    <w:p w14:paraId="6DDEDE01" w14:textId="77777777" w:rsidR="001D2757" w:rsidRDefault="00000000">
      <w:pPr>
        <w:pStyle w:val="ListBullet"/>
        <w:spacing w:after="40"/>
      </w:pPr>
      <w:r>
        <w:t>Ability to work in a fast-paced development environment.</w:t>
      </w:r>
    </w:p>
    <w:p w14:paraId="19F7CC91" w14:textId="77777777" w:rsidR="001D2757" w:rsidRDefault="00000000">
      <w:pPr>
        <w:spacing w:before="160" w:after="80"/>
      </w:pPr>
      <w:r>
        <w:rPr>
          <w:b/>
          <w:color w:val="17365D"/>
          <w:sz w:val="28"/>
        </w:rPr>
        <w:t>8. Key Competencies</w:t>
      </w:r>
    </w:p>
    <w:p w14:paraId="526FA86C" w14:textId="77777777" w:rsidR="001D2757" w:rsidRDefault="00000000">
      <w:pPr>
        <w:pStyle w:val="ListBullet"/>
        <w:spacing w:after="40"/>
      </w:pPr>
      <w:r>
        <w:t>Analytical and problem-solving ability</w:t>
      </w:r>
    </w:p>
    <w:p w14:paraId="209D1798" w14:textId="77777777" w:rsidR="001D2757" w:rsidRDefault="00000000">
      <w:pPr>
        <w:pStyle w:val="ListBullet"/>
        <w:spacing w:after="40"/>
      </w:pPr>
      <w:r>
        <w:t>Strong programming and debugging skills</w:t>
      </w:r>
    </w:p>
    <w:p w14:paraId="459EEC53" w14:textId="77777777" w:rsidR="001D2757" w:rsidRDefault="00000000">
      <w:pPr>
        <w:pStyle w:val="ListBullet"/>
        <w:spacing w:after="40"/>
      </w:pPr>
      <w:r>
        <w:t>Attention to detail</w:t>
      </w:r>
    </w:p>
    <w:p w14:paraId="7CDCF847" w14:textId="77777777" w:rsidR="001D2757" w:rsidRDefault="00000000">
      <w:pPr>
        <w:pStyle w:val="ListBullet"/>
        <w:spacing w:after="40"/>
      </w:pPr>
      <w:r>
        <w:t>Ownership and accountability</w:t>
      </w:r>
    </w:p>
    <w:p w14:paraId="442DAA9D" w14:textId="77777777" w:rsidR="001D2757" w:rsidRDefault="00000000">
      <w:pPr>
        <w:pStyle w:val="ListBullet"/>
        <w:spacing w:after="40"/>
      </w:pPr>
      <w:r>
        <w:t>Good communication and collaboration</w:t>
      </w:r>
    </w:p>
    <w:p w14:paraId="26F71564" w14:textId="77777777" w:rsidR="001D2757" w:rsidRDefault="00000000">
      <w:pPr>
        <w:pStyle w:val="ListBullet"/>
        <w:spacing w:after="40"/>
      </w:pPr>
      <w:r>
        <w:t>Time management and ability to meet deadlines</w:t>
      </w:r>
    </w:p>
    <w:p w14:paraId="6FFC5453" w14:textId="77777777" w:rsidR="001D2757" w:rsidRDefault="00000000">
      <w:pPr>
        <w:pStyle w:val="ListBullet"/>
        <w:spacing w:after="40"/>
      </w:pPr>
      <w:r>
        <w:t>Adaptability and willingness to learn new technologies</w:t>
      </w:r>
    </w:p>
    <w:p w14:paraId="3E3BDA6E" w14:textId="77777777" w:rsidR="001D2757" w:rsidRDefault="00000000">
      <w:pPr>
        <w:pStyle w:val="ListBullet"/>
        <w:spacing w:after="40"/>
      </w:pPr>
      <w:r>
        <w:t>Passion for mobile technology and product development</w:t>
      </w:r>
    </w:p>
    <w:p w14:paraId="1937858E" w14:textId="77777777" w:rsidR="001D2757" w:rsidRDefault="00000000">
      <w:pPr>
        <w:spacing w:before="160" w:after="80"/>
      </w:pPr>
      <w:r>
        <w:rPr>
          <w:b/>
          <w:color w:val="17365D"/>
          <w:sz w:val="28"/>
        </w:rPr>
        <w:lastRenderedPageBreak/>
        <w:t>9. Key Performance Expectations</w:t>
      </w:r>
    </w:p>
    <w:p w14:paraId="020B5907" w14:textId="77777777" w:rsidR="001D2757" w:rsidRDefault="00000000">
      <w:pPr>
        <w:pStyle w:val="ListBullet"/>
        <w:spacing w:after="40"/>
      </w:pPr>
      <w:r>
        <w:t>Deliver reliable, scalable and maintainable mobile applications within agreed timelines.</w:t>
      </w:r>
    </w:p>
    <w:p w14:paraId="08631D1D" w14:textId="77777777" w:rsidR="001D2757" w:rsidRDefault="00000000">
      <w:pPr>
        <w:pStyle w:val="ListBullet"/>
        <w:spacing w:after="40"/>
      </w:pPr>
      <w:r>
        <w:t>Ensure application quality, security, performance and stability.</w:t>
      </w:r>
    </w:p>
    <w:p w14:paraId="5D60A486" w14:textId="77777777" w:rsidR="001D2757" w:rsidRDefault="00000000">
      <w:pPr>
        <w:pStyle w:val="ListBullet"/>
        <w:spacing w:after="40"/>
      </w:pPr>
      <w:r>
        <w:t>Deliver assigned features and modules with minimal defects.</w:t>
      </w:r>
    </w:p>
    <w:p w14:paraId="5F9481FC" w14:textId="77777777" w:rsidR="001D2757" w:rsidRDefault="00000000">
      <w:pPr>
        <w:pStyle w:val="ListBullet"/>
        <w:spacing w:after="40"/>
      </w:pPr>
      <w:r>
        <w:t>Contribute to continuous enhancement of existing applications.</w:t>
      </w:r>
    </w:p>
    <w:p w14:paraId="5F4B7EE1" w14:textId="77777777" w:rsidR="001D2757" w:rsidRDefault="00000000">
      <w:pPr>
        <w:pStyle w:val="ListBullet"/>
        <w:spacing w:after="40"/>
      </w:pPr>
      <w:r>
        <w:t>Support application releases and resolve post-production issues promptly.</w:t>
      </w:r>
    </w:p>
    <w:p w14:paraId="6E4F71E0" w14:textId="77777777" w:rsidR="001D2757" w:rsidRDefault="00000000">
      <w:pPr>
        <w:pStyle w:val="ListBullet"/>
        <w:spacing w:after="40"/>
      </w:pPr>
      <w:r>
        <w:t>Contribute to cross-platform development initiatives using KMP where applicable.</w:t>
      </w:r>
    </w:p>
    <w:p w14:paraId="78D08D0A" w14:textId="77777777" w:rsidR="001D2757" w:rsidRDefault="00000000">
      <w:pPr>
        <w:pStyle w:val="ListBullet"/>
        <w:spacing w:after="40"/>
      </w:pPr>
      <w:r>
        <w:t>Collaborate effectively with development, QA, UI/UX and business teams.</w:t>
      </w:r>
    </w:p>
    <w:p w14:paraId="73BFC3C6" w14:textId="77777777" w:rsidR="001D2757" w:rsidRDefault="00000000">
      <w:pPr>
        <w:spacing w:before="160" w:after="80"/>
      </w:pPr>
      <w:r>
        <w:rPr>
          <w:b/>
          <w:color w:val="17365D"/>
          <w:sz w:val="28"/>
        </w:rPr>
        <w:t>10. Why Join Us?</w:t>
      </w:r>
    </w:p>
    <w:p w14:paraId="1EC6689C" w14:textId="77777777" w:rsidR="001D2757" w:rsidRDefault="00000000">
      <w:pPr>
        <w:pStyle w:val="ListBullet"/>
        <w:spacing w:after="40"/>
      </w:pPr>
      <w:r>
        <w:t>Opportunity to work on innovative and impactful mobile applications.</w:t>
      </w:r>
    </w:p>
    <w:p w14:paraId="3CA7EEE1" w14:textId="77777777" w:rsidR="001D2757" w:rsidRDefault="00000000">
      <w:pPr>
        <w:pStyle w:val="ListBullet"/>
        <w:spacing w:after="40"/>
      </w:pPr>
      <w:r>
        <w:t>Exposure to modern technologies including Kotlin, Jetpack Compose and KMP.</w:t>
      </w:r>
    </w:p>
    <w:p w14:paraId="11840F26" w14:textId="77777777" w:rsidR="001D2757" w:rsidRDefault="00000000">
      <w:pPr>
        <w:pStyle w:val="ListBullet"/>
        <w:spacing w:after="40"/>
      </w:pPr>
      <w:r>
        <w:t>Continuous learning and professional development opportunities.</w:t>
      </w:r>
    </w:p>
    <w:p w14:paraId="1245DD61" w14:textId="77777777" w:rsidR="001D2757" w:rsidRDefault="00000000">
      <w:pPr>
        <w:pStyle w:val="ListBullet"/>
        <w:spacing w:after="40"/>
      </w:pPr>
      <w:r>
        <w:t>Collaborative and supportive work environment.</w:t>
      </w:r>
    </w:p>
    <w:p w14:paraId="1D4A8B09" w14:textId="77777777" w:rsidR="001D2757" w:rsidRDefault="00000000">
      <w:pPr>
        <w:pStyle w:val="ListBullet"/>
        <w:spacing w:after="40"/>
      </w:pPr>
      <w:r>
        <w:t>Opportunity to work across the complete mobile application lifecycle.</w:t>
      </w:r>
    </w:p>
    <w:p w14:paraId="4FC4A5F8" w14:textId="77777777" w:rsidR="001D2757" w:rsidRDefault="00000000">
      <w:pPr>
        <w:pStyle w:val="ListBullet"/>
        <w:spacing w:after="40"/>
      </w:pPr>
      <w:r>
        <w:t>Career growth opportunities within Group Surya.</w:t>
      </w:r>
    </w:p>
    <w:p w14:paraId="462002CB" w14:textId="77777777" w:rsidR="001D2757" w:rsidRDefault="00000000">
      <w:pPr>
        <w:spacing w:before="160" w:after="80"/>
      </w:pPr>
      <w:r>
        <w:rPr>
          <w:b/>
          <w:color w:val="17365D"/>
          <w:sz w:val="28"/>
        </w:rPr>
        <w:t>11. Application Details</w:t>
      </w:r>
    </w:p>
    <w:p w14:paraId="55180E92" w14:textId="60BF6A1C" w:rsidR="001D2757" w:rsidRDefault="00000000">
      <w:r>
        <w:rPr>
          <w:b/>
        </w:rPr>
        <w:t xml:space="preserve">Company: </w:t>
      </w:r>
      <w:r>
        <w:t xml:space="preserve">Surya International </w:t>
      </w:r>
      <w:proofErr w:type="gramStart"/>
      <w:r>
        <w:t>Enterprise  Limited</w:t>
      </w:r>
      <w:proofErr w:type="gramEnd"/>
      <w:r>
        <w:t xml:space="preserve"> – Group Surya</w:t>
      </w:r>
      <w:r>
        <w:br/>
      </w:r>
      <w:r>
        <w:rPr>
          <w:b/>
        </w:rPr>
        <w:t xml:space="preserve">Position: </w:t>
      </w:r>
      <w:r>
        <w:t>Mobile App Developer – Android &amp; iOS</w:t>
      </w:r>
      <w:r>
        <w:br/>
      </w:r>
      <w:r>
        <w:rPr>
          <w:b/>
        </w:rPr>
        <w:t xml:space="preserve">Experience: </w:t>
      </w:r>
      <w:r w:rsidR="007B11B8">
        <w:t>Freshers</w:t>
      </w:r>
      <w:r>
        <w:br/>
      </w:r>
      <w:r>
        <w:rPr>
          <w:b/>
        </w:rPr>
        <w:t xml:space="preserve">Location: </w:t>
      </w:r>
      <w:r>
        <w:t>Bhubaneswar, Odisha</w:t>
      </w:r>
      <w:r>
        <w:br/>
      </w:r>
      <w:r>
        <w:rPr>
          <w:b/>
        </w:rPr>
        <w:t xml:space="preserve">Employment Type: </w:t>
      </w:r>
      <w:r>
        <w:t>Full-Time</w:t>
      </w:r>
      <w:r>
        <w:br/>
      </w:r>
      <w:r>
        <w:rPr>
          <w:b/>
        </w:rPr>
        <w:t xml:space="preserve">Contact: </w:t>
      </w:r>
      <w:r>
        <w:t>9124589961</w:t>
      </w:r>
      <w:r>
        <w:br/>
      </w:r>
      <w:r>
        <w:rPr>
          <w:b/>
        </w:rPr>
        <w:t xml:space="preserve">Email: </w:t>
      </w:r>
      <w:r>
        <w:t>hr@groupsurya.co.in</w:t>
      </w:r>
      <w:r>
        <w:br/>
      </w:r>
      <w:r>
        <w:rPr>
          <w:b/>
        </w:rPr>
        <w:t xml:space="preserve">Website: </w:t>
      </w:r>
      <w:r>
        <w:t>www.groupsurya.com</w:t>
      </w:r>
      <w:r>
        <w:br/>
      </w:r>
    </w:p>
    <w:p w14:paraId="234AB1C8" w14:textId="2157B1CD" w:rsidR="001D2757" w:rsidRDefault="001D2757"/>
    <w:sectPr w:rsidR="001D2757" w:rsidSect="00034616">
      <w:footerReference w:type="default" r:id="rId8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05E4C" w14:textId="77777777" w:rsidR="00271956" w:rsidRDefault="00271956">
      <w:pPr>
        <w:spacing w:after="0" w:line="240" w:lineRule="auto"/>
      </w:pPr>
      <w:r>
        <w:separator/>
      </w:r>
    </w:p>
  </w:endnote>
  <w:endnote w:type="continuationSeparator" w:id="0">
    <w:p w14:paraId="5FB6D809" w14:textId="77777777" w:rsidR="00271956" w:rsidRDefault="00271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D2496" w14:textId="77777777" w:rsidR="001D2757" w:rsidRDefault="00000000">
    <w:pPr>
      <w:pStyle w:val="Footer"/>
      <w:jc w:val="center"/>
    </w:pPr>
    <w:r>
      <w:rPr>
        <w:color w:val="646464"/>
        <w:sz w:val="16"/>
      </w:rPr>
      <w:t>Group Surya | Surya International Enterprise Private Limited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552AC" w14:textId="77777777" w:rsidR="00271956" w:rsidRDefault="00271956">
      <w:pPr>
        <w:spacing w:after="0" w:line="240" w:lineRule="auto"/>
      </w:pPr>
      <w:r>
        <w:separator/>
      </w:r>
    </w:p>
  </w:footnote>
  <w:footnote w:type="continuationSeparator" w:id="0">
    <w:p w14:paraId="37FA4984" w14:textId="77777777" w:rsidR="00271956" w:rsidRDefault="002719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04453702">
    <w:abstractNumId w:val="8"/>
  </w:num>
  <w:num w:numId="2" w16cid:durableId="937059458">
    <w:abstractNumId w:val="6"/>
  </w:num>
  <w:num w:numId="3" w16cid:durableId="1597707641">
    <w:abstractNumId w:val="5"/>
  </w:num>
  <w:num w:numId="4" w16cid:durableId="936524442">
    <w:abstractNumId w:val="4"/>
  </w:num>
  <w:num w:numId="5" w16cid:durableId="1989820412">
    <w:abstractNumId w:val="7"/>
  </w:num>
  <w:num w:numId="6" w16cid:durableId="1038819165">
    <w:abstractNumId w:val="3"/>
  </w:num>
  <w:num w:numId="7" w16cid:durableId="2120756705">
    <w:abstractNumId w:val="2"/>
  </w:num>
  <w:num w:numId="8" w16cid:durableId="609243292">
    <w:abstractNumId w:val="1"/>
  </w:num>
  <w:num w:numId="9" w16cid:durableId="756749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2757"/>
    <w:rsid w:val="00271956"/>
    <w:rsid w:val="0029639D"/>
    <w:rsid w:val="00326F90"/>
    <w:rsid w:val="005C4439"/>
    <w:rsid w:val="007B11B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860391"/>
  <w14:defaultImageDpi w14:val="300"/>
  <w15:docId w15:val="{5B361353-E449-46A0-9AD2-B9153C026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Aditya</cp:lastModifiedBy>
  <cp:revision>2</cp:revision>
  <dcterms:created xsi:type="dcterms:W3CDTF">2026-08-10T13:45:00Z</dcterms:created>
  <dcterms:modified xsi:type="dcterms:W3CDTF">2026-08-10T13:45:00Z</dcterms:modified>
  <cp:category/>
</cp:coreProperties>
</file>