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1425E" w14:textId="77777777" w:rsidR="006E7074" w:rsidRDefault="00000000">
      <w:pPr>
        <w:jc w:val="center"/>
      </w:pPr>
      <w:r>
        <w:rPr>
          <w:b/>
          <w:color w:val="17365D"/>
          <w:sz w:val="40"/>
        </w:rPr>
        <w:t>JOB DESCRIPTION</w:t>
      </w:r>
    </w:p>
    <w:p w14:paraId="110BD409" w14:textId="77777777" w:rsidR="006E7074" w:rsidRDefault="00000000">
      <w:pPr>
        <w:jc w:val="center"/>
      </w:pPr>
      <w:r>
        <w:rPr>
          <w:b/>
          <w:color w:val="E87511"/>
          <w:sz w:val="30"/>
        </w:rPr>
        <w:t>PHP DEVELOPER – LARAVEL + REACT JS</w:t>
      </w:r>
    </w:p>
    <w:p w14:paraId="0DD2267A" w14:textId="77777777" w:rsidR="006E7074" w:rsidRDefault="00000000">
      <w:pPr>
        <w:jc w:val="center"/>
      </w:pPr>
      <w:r>
        <w:rPr>
          <w:b/>
          <w:sz w:val="23"/>
        </w:rPr>
        <w:t>Surya International Enterprise Private Limited</w:t>
      </w:r>
    </w:p>
    <w:p w14:paraId="521ADB8E" w14:textId="77777777" w:rsidR="006E7074" w:rsidRDefault="00000000">
      <w:pPr>
        <w:jc w:val="center"/>
      </w:pPr>
      <w:r>
        <w:rPr>
          <w:i/>
          <w:sz w:val="19"/>
        </w:rPr>
        <w:t>Driven by Values. Committed to Excellence.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554"/>
        <w:gridCol w:w="2554"/>
        <w:gridCol w:w="2554"/>
      </w:tblGrid>
      <w:tr w:rsidR="006E7074" w14:paraId="643B5B78" w14:textId="77777777">
        <w:trPr>
          <w:jc w:val="center"/>
        </w:trPr>
        <w:tc>
          <w:tcPr>
            <w:tcW w:w="2556" w:type="dxa"/>
            <w:shd w:val="clear" w:color="auto" w:fill="D9EAF7"/>
            <w:vAlign w:val="center"/>
          </w:tcPr>
          <w:p w14:paraId="6B65AA21" w14:textId="77777777" w:rsidR="006E7074" w:rsidRDefault="00000000">
            <w:r>
              <w:rPr>
                <w:b/>
                <w:sz w:val="19"/>
              </w:rPr>
              <w:t>Position</w:t>
            </w:r>
          </w:p>
        </w:tc>
        <w:tc>
          <w:tcPr>
            <w:tcW w:w="2556" w:type="dxa"/>
            <w:vAlign w:val="center"/>
          </w:tcPr>
          <w:p w14:paraId="363CA222" w14:textId="77777777" w:rsidR="006E7074" w:rsidRDefault="00000000">
            <w:r>
              <w:rPr>
                <w:sz w:val="19"/>
              </w:rPr>
              <w:t>PHP Developer</w:t>
            </w:r>
          </w:p>
        </w:tc>
        <w:tc>
          <w:tcPr>
            <w:tcW w:w="2556" w:type="dxa"/>
            <w:shd w:val="clear" w:color="auto" w:fill="D9EAF7"/>
            <w:vAlign w:val="center"/>
          </w:tcPr>
          <w:p w14:paraId="4F24CCCA" w14:textId="77777777" w:rsidR="006E7074" w:rsidRDefault="00000000">
            <w:r>
              <w:rPr>
                <w:b/>
                <w:sz w:val="19"/>
              </w:rPr>
              <w:t>Employment Type</w:t>
            </w:r>
          </w:p>
        </w:tc>
        <w:tc>
          <w:tcPr>
            <w:tcW w:w="2556" w:type="dxa"/>
            <w:vAlign w:val="center"/>
          </w:tcPr>
          <w:p w14:paraId="51D14470" w14:textId="77777777" w:rsidR="006E7074" w:rsidRDefault="00000000">
            <w:r>
              <w:rPr>
                <w:sz w:val="19"/>
              </w:rPr>
              <w:t>Full-Time</w:t>
            </w:r>
          </w:p>
        </w:tc>
      </w:tr>
      <w:tr w:rsidR="006E7074" w14:paraId="7CFB338C" w14:textId="77777777">
        <w:trPr>
          <w:jc w:val="center"/>
        </w:trPr>
        <w:tc>
          <w:tcPr>
            <w:tcW w:w="2556" w:type="dxa"/>
            <w:shd w:val="clear" w:color="auto" w:fill="D9EAF7"/>
            <w:vAlign w:val="center"/>
          </w:tcPr>
          <w:p w14:paraId="5431022E" w14:textId="77777777" w:rsidR="006E7074" w:rsidRDefault="00000000">
            <w:r>
              <w:rPr>
                <w:b/>
                <w:sz w:val="19"/>
              </w:rPr>
              <w:t>Location</w:t>
            </w:r>
          </w:p>
        </w:tc>
        <w:tc>
          <w:tcPr>
            <w:tcW w:w="2556" w:type="dxa"/>
            <w:vAlign w:val="center"/>
          </w:tcPr>
          <w:p w14:paraId="772D74A7" w14:textId="77777777" w:rsidR="006E7074" w:rsidRDefault="00000000">
            <w:r>
              <w:rPr>
                <w:sz w:val="19"/>
              </w:rPr>
              <w:t>Bhubaneswar, Odisha</w:t>
            </w:r>
          </w:p>
        </w:tc>
        <w:tc>
          <w:tcPr>
            <w:tcW w:w="2556" w:type="dxa"/>
            <w:shd w:val="clear" w:color="auto" w:fill="D9EAF7"/>
            <w:vAlign w:val="center"/>
          </w:tcPr>
          <w:p w14:paraId="25E1119F" w14:textId="77777777" w:rsidR="006E7074" w:rsidRDefault="00000000">
            <w:r>
              <w:rPr>
                <w:b/>
                <w:sz w:val="19"/>
              </w:rPr>
              <w:t>Experience</w:t>
            </w:r>
          </w:p>
        </w:tc>
        <w:tc>
          <w:tcPr>
            <w:tcW w:w="2556" w:type="dxa"/>
            <w:vAlign w:val="center"/>
          </w:tcPr>
          <w:p w14:paraId="466DCA6B" w14:textId="4D61ED5C" w:rsidR="006E7074" w:rsidRDefault="00253858">
            <w:r>
              <w:rPr>
                <w:sz w:val="19"/>
              </w:rPr>
              <w:t>Freshers</w:t>
            </w:r>
          </w:p>
        </w:tc>
      </w:tr>
      <w:tr w:rsidR="006E7074" w14:paraId="41F6B020" w14:textId="77777777">
        <w:trPr>
          <w:jc w:val="center"/>
        </w:trPr>
        <w:tc>
          <w:tcPr>
            <w:tcW w:w="2556" w:type="dxa"/>
            <w:shd w:val="clear" w:color="auto" w:fill="D9EAF7"/>
            <w:vAlign w:val="center"/>
          </w:tcPr>
          <w:p w14:paraId="4BF58967" w14:textId="77777777" w:rsidR="006E7074" w:rsidRDefault="00000000">
            <w:r>
              <w:rPr>
                <w:b/>
                <w:sz w:val="19"/>
              </w:rPr>
              <w:t>No. of Vacancies</w:t>
            </w:r>
          </w:p>
        </w:tc>
        <w:tc>
          <w:tcPr>
            <w:tcW w:w="2556" w:type="dxa"/>
            <w:vAlign w:val="center"/>
          </w:tcPr>
          <w:p w14:paraId="25A524E3" w14:textId="25F46C50" w:rsidR="006E7074" w:rsidRDefault="00253858">
            <w:r>
              <w:t>5</w:t>
            </w:r>
          </w:p>
        </w:tc>
        <w:tc>
          <w:tcPr>
            <w:tcW w:w="2556" w:type="dxa"/>
            <w:shd w:val="clear" w:color="auto" w:fill="D9EAF7"/>
            <w:vAlign w:val="center"/>
          </w:tcPr>
          <w:p w14:paraId="4B84E497" w14:textId="77777777" w:rsidR="006E7074" w:rsidRDefault="00000000">
            <w:r>
              <w:rPr>
                <w:b/>
                <w:sz w:val="19"/>
              </w:rPr>
              <w:t>Department</w:t>
            </w:r>
          </w:p>
        </w:tc>
        <w:tc>
          <w:tcPr>
            <w:tcW w:w="2556" w:type="dxa"/>
            <w:vAlign w:val="center"/>
          </w:tcPr>
          <w:p w14:paraId="444263AD" w14:textId="77777777" w:rsidR="006E7074" w:rsidRDefault="00000000">
            <w:r>
              <w:rPr>
                <w:sz w:val="19"/>
              </w:rPr>
              <w:t>Information Technology</w:t>
            </w:r>
          </w:p>
        </w:tc>
      </w:tr>
      <w:tr w:rsidR="006E7074" w14:paraId="0F6982E1" w14:textId="77777777">
        <w:trPr>
          <w:jc w:val="center"/>
        </w:trPr>
        <w:tc>
          <w:tcPr>
            <w:tcW w:w="2556" w:type="dxa"/>
            <w:shd w:val="clear" w:color="auto" w:fill="D9EAF7"/>
            <w:vAlign w:val="center"/>
          </w:tcPr>
          <w:p w14:paraId="2FCF9205" w14:textId="77777777" w:rsidR="006E7074" w:rsidRDefault="00000000">
            <w:r>
              <w:rPr>
                <w:b/>
                <w:sz w:val="19"/>
              </w:rPr>
              <w:t>Primary Stack</w:t>
            </w:r>
          </w:p>
        </w:tc>
        <w:tc>
          <w:tcPr>
            <w:tcW w:w="2556" w:type="dxa"/>
            <w:vAlign w:val="center"/>
          </w:tcPr>
          <w:p w14:paraId="49218DDA" w14:textId="77777777" w:rsidR="006E7074" w:rsidRDefault="00000000">
            <w:r>
              <w:rPr>
                <w:sz w:val="19"/>
              </w:rPr>
              <w:t>PHP, Laravel, React JS</w:t>
            </w:r>
          </w:p>
        </w:tc>
        <w:tc>
          <w:tcPr>
            <w:tcW w:w="2556" w:type="dxa"/>
            <w:shd w:val="clear" w:color="auto" w:fill="D9EAF7"/>
            <w:vAlign w:val="center"/>
          </w:tcPr>
          <w:p w14:paraId="274BBB57" w14:textId="77777777" w:rsidR="006E7074" w:rsidRDefault="00000000">
            <w:r>
              <w:rPr>
                <w:b/>
                <w:sz w:val="19"/>
              </w:rPr>
              <w:t>Reporting</w:t>
            </w:r>
          </w:p>
        </w:tc>
        <w:tc>
          <w:tcPr>
            <w:tcW w:w="2556" w:type="dxa"/>
            <w:vAlign w:val="center"/>
          </w:tcPr>
          <w:p w14:paraId="1F5EB599" w14:textId="77777777" w:rsidR="006E7074" w:rsidRDefault="00000000">
            <w:r>
              <w:rPr>
                <w:sz w:val="19"/>
              </w:rPr>
              <w:t>As per organizational structure</w:t>
            </w:r>
          </w:p>
        </w:tc>
      </w:tr>
    </w:tbl>
    <w:p w14:paraId="5DCEB27A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1. About the Role</w:t>
      </w:r>
    </w:p>
    <w:p w14:paraId="5DA1C9C3" w14:textId="77777777" w:rsidR="006E7074" w:rsidRDefault="00000000">
      <w:pPr>
        <w:spacing w:after="80"/>
      </w:pPr>
      <w:r>
        <w:t>Surya International Enterprise Private Limited is looking for skilled and motivated PHP Developers with 2–4 years of hands-on experience in Laravel and React JS. The selected candidates will be responsible for developing, enhancing, maintaining and supporting web applications and internal ERP/enterprise systems. The role requires strong backend development capabilities in PHP/Laravel, good frontend skills in React JS, database knowledge, API integration experience, and the ability to write clean, scalable and secure code.</w:t>
      </w:r>
    </w:p>
    <w:p w14:paraId="22C616B5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2. Key Responsibilities</w:t>
      </w:r>
    </w:p>
    <w:p w14:paraId="2461E191" w14:textId="77777777" w:rsidR="006E7074" w:rsidRDefault="00000000">
      <w:pPr>
        <w:pStyle w:val="ListBullet"/>
        <w:spacing w:after="40"/>
        <w:ind w:left="288" w:hanging="216"/>
      </w:pPr>
      <w:r>
        <w:t>Develop, maintain and enhance web applications using PHP and the Laravel Framework.</w:t>
      </w:r>
    </w:p>
    <w:p w14:paraId="5A1739E9" w14:textId="77777777" w:rsidR="006E7074" w:rsidRDefault="00000000">
      <w:pPr>
        <w:pStyle w:val="ListBullet"/>
        <w:spacing w:after="40"/>
        <w:ind w:left="288" w:hanging="216"/>
      </w:pPr>
      <w:r>
        <w:t>Build responsive, interactive and user-friendly web interfaces using React JS.</w:t>
      </w:r>
    </w:p>
    <w:p w14:paraId="48158F5D" w14:textId="77777777" w:rsidR="006E7074" w:rsidRDefault="00000000">
      <w:pPr>
        <w:pStyle w:val="ListBullet"/>
        <w:spacing w:after="40"/>
        <w:ind w:left="288" w:hanging="216"/>
      </w:pPr>
      <w:r>
        <w:t>Design, develop and integrate RESTful APIs and third-party services.</w:t>
      </w:r>
    </w:p>
    <w:p w14:paraId="7E29B5F4" w14:textId="77777777" w:rsidR="006E7074" w:rsidRDefault="00000000">
      <w:pPr>
        <w:pStyle w:val="ListBullet"/>
        <w:spacing w:after="40"/>
        <w:ind w:left="288" w:hanging="216"/>
      </w:pPr>
      <w:r>
        <w:t>Develop and maintain backend business logic, application modules and enterprise/ERP functionalities.</w:t>
      </w:r>
    </w:p>
    <w:p w14:paraId="2136434F" w14:textId="77777777" w:rsidR="006E7074" w:rsidRDefault="00000000">
      <w:pPr>
        <w:pStyle w:val="ListBullet"/>
        <w:spacing w:after="40"/>
        <w:ind w:left="288" w:hanging="216"/>
      </w:pPr>
      <w:r>
        <w:t>Work with MySQL databases for data modelling, queries, optimization and application integration.</w:t>
      </w:r>
    </w:p>
    <w:p w14:paraId="39C0F64E" w14:textId="77777777" w:rsidR="006E7074" w:rsidRDefault="00000000">
      <w:pPr>
        <w:pStyle w:val="ListBullet"/>
        <w:spacing w:after="40"/>
        <w:ind w:left="288" w:hanging="216"/>
      </w:pPr>
      <w:r>
        <w:t>Perform troubleshooting, debugging, root-cause analysis and performance optimization of applications.</w:t>
      </w:r>
    </w:p>
    <w:p w14:paraId="3AB5E88D" w14:textId="77777777" w:rsidR="006E7074" w:rsidRDefault="00000000">
      <w:pPr>
        <w:pStyle w:val="ListBullet"/>
        <w:spacing w:after="40"/>
        <w:ind w:left="288" w:hanging="216"/>
      </w:pPr>
      <w:r>
        <w:t>Identify and resolve application defects, production issues and technical bottlenecks.</w:t>
      </w:r>
    </w:p>
    <w:p w14:paraId="6FA7375F" w14:textId="77777777" w:rsidR="006E7074" w:rsidRDefault="00000000">
      <w:pPr>
        <w:pStyle w:val="ListBullet"/>
        <w:spacing w:after="40"/>
        <w:ind w:left="288" w:hanging="216"/>
      </w:pPr>
      <w:r>
        <w:t>Collaborate with UI/UX, QA, business, project and other cross-functional teams for successful project execution.</w:t>
      </w:r>
    </w:p>
    <w:p w14:paraId="7D0422A8" w14:textId="77777777" w:rsidR="006E7074" w:rsidRDefault="00000000">
      <w:pPr>
        <w:pStyle w:val="ListBullet"/>
        <w:spacing w:after="40"/>
        <w:ind w:left="288" w:hanging="216"/>
      </w:pPr>
      <w:r>
        <w:t>Participate in application planning, development, testing, deployment and post-deployment support.</w:t>
      </w:r>
    </w:p>
    <w:p w14:paraId="22B27DA5" w14:textId="77777777" w:rsidR="006E7074" w:rsidRDefault="00000000">
      <w:pPr>
        <w:pStyle w:val="ListBullet"/>
        <w:spacing w:after="40"/>
        <w:ind w:left="288" w:hanging="216"/>
      </w:pPr>
      <w:r>
        <w:t>Follow secure coding practices and ensure application security and data protection standards.</w:t>
      </w:r>
    </w:p>
    <w:p w14:paraId="348AEB19" w14:textId="77777777" w:rsidR="006E7074" w:rsidRDefault="00000000">
      <w:pPr>
        <w:pStyle w:val="ListBullet"/>
        <w:spacing w:after="40"/>
        <w:ind w:left="288" w:hanging="216"/>
      </w:pPr>
      <w:r>
        <w:t>Use Git/version-control practices for source-code management, collaboration and release management.</w:t>
      </w:r>
    </w:p>
    <w:p w14:paraId="5069F4D9" w14:textId="77777777" w:rsidR="006E7074" w:rsidRDefault="00000000">
      <w:pPr>
        <w:pStyle w:val="ListBullet"/>
        <w:spacing w:after="40"/>
        <w:ind w:left="288" w:hanging="216"/>
      </w:pPr>
      <w:r>
        <w:t>Write clean, reusable, maintainable, scalable and efficient code following established development standards.</w:t>
      </w:r>
    </w:p>
    <w:p w14:paraId="0BE30FB6" w14:textId="77777777" w:rsidR="006E7074" w:rsidRDefault="00000000">
      <w:pPr>
        <w:pStyle w:val="ListBullet"/>
        <w:spacing w:after="40"/>
        <w:ind w:left="288" w:hanging="216"/>
      </w:pPr>
      <w:r>
        <w:t>Conduct code reviews where required and contribute to continuous improvement of development practices.</w:t>
      </w:r>
    </w:p>
    <w:p w14:paraId="20DE7BA8" w14:textId="77777777" w:rsidR="006E7074" w:rsidRDefault="00000000">
      <w:pPr>
        <w:pStyle w:val="ListBullet"/>
        <w:spacing w:after="40"/>
        <w:ind w:left="288" w:hanging="216"/>
      </w:pPr>
      <w:r>
        <w:t>Prepare and maintain technical documentation for application modules, APIs and development changes.</w:t>
      </w:r>
    </w:p>
    <w:p w14:paraId="123A9AE6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3. Required Technical Skills</w:t>
      </w:r>
    </w:p>
    <w:p w14:paraId="6D552C3D" w14:textId="77777777" w:rsidR="006E7074" w:rsidRDefault="00000000">
      <w:pPr>
        <w:pStyle w:val="ListBullet"/>
        <w:spacing w:after="40"/>
        <w:ind w:left="288" w:hanging="216"/>
      </w:pPr>
      <w:r>
        <w:t>Strong knowledge of PHP and the Laravel Framework.</w:t>
      </w:r>
    </w:p>
    <w:p w14:paraId="778F1352" w14:textId="77777777" w:rsidR="006E7074" w:rsidRDefault="00000000">
      <w:pPr>
        <w:pStyle w:val="ListBullet"/>
        <w:spacing w:after="40"/>
        <w:ind w:left="288" w:hanging="216"/>
      </w:pPr>
      <w:r>
        <w:t>Hands-on experience in React JS and modern frontend development.</w:t>
      </w:r>
    </w:p>
    <w:p w14:paraId="46E53809" w14:textId="77777777" w:rsidR="006E7074" w:rsidRDefault="00000000">
      <w:pPr>
        <w:pStyle w:val="ListBullet"/>
        <w:spacing w:after="40"/>
        <w:ind w:left="288" w:hanging="216"/>
      </w:pPr>
      <w:r>
        <w:t>Good understanding of MySQL and relational database concepts.</w:t>
      </w:r>
    </w:p>
    <w:p w14:paraId="62A385DD" w14:textId="77777777" w:rsidR="006E7074" w:rsidRDefault="00000000">
      <w:pPr>
        <w:pStyle w:val="ListBullet"/>
        <w:spacing w:after="40"/>
        <w:ind w:left="288" w:hanging="216"/>
      </w:pPr>
      <w:r>
        <w:t>Practical experience in REST API development and integration.</w:t>
      </w:r>
    </w:p>
    <w:p w14:paraId="36534BE6" w14:textId="77777777" w:rsidR="006E7074" w:rsidRDefault="00000000">
      <w:pPr>
        <w:pStyle w:val="ListBullet"/>
        <w:spacing w:after="40"/>
        <w:ind w:left="288" w:hanging="216"/>
      </w:pPr>
      <w:r>
        <w:t>Experience with API consumption, third-party service integration and JSON-based data exchange.</w:t>
      </w:r>
    </w:p>
    <w:p w14:paraId="34937D83" w14:textId="77777777" w:rsidR="006E7074" w:rsidRDefault="00000000">
      <w:pPr>
        <w:pStyle w:val="ListBullet"/>
        <w:spacing w:after="40"/>
        <w:ind w:left="288" w:hanging="216"/>
      </w:pPr>
      <w:r>
        <w:t>Working knowledge of Git and version-control systems.</w:t>
      </w:r>
    </w:p>
    <w:p w14:paraId="1942E4F5" w14:textId="77777777" w:rsidR="006E7074" w:rsidRDefault="00000000">
      <w:pPr>
        <w:pStyle w:val="ListBullet"/>
        <w:spacing w:after="40"/>
        <w:ind w:left="288" w:hanging="216"/>
      </w:pPr>
      <w:r>
        <w:t>Good understanding of HTML5, CSS3 and JavaScript.</w:t>
      </w:r>
    </w:p>
    <w:p w14:paraId="365640BA" w14:textId="77777777" w:rsidR="006E7074" w:rsidRDefault="00000000">
      <w:pPr>
        <w:pStyle w:val="ListBullet"/>
        <w:spacing w:after="40"/>
        <w:ind w:left="288" w:hanging="216"/>
      </w:pPr>
      <w:r>
        <w:t>Knowledge of Bootstrap or similar responsive UI frameworks.</w:t>
      </w:r>
    </w:p>
    <w:p w14:paraId="25FE027A" w14:textId="77777777" w:rsidR="006E7074" w:rsidRDefault="00000000">
      <w:pPr>
        <w:pStyle w:val="ListBullet"/>
        <w:spacing w:after="40"/>
        <w:ind w:left="288" w:hanging="216"/>
      </w:pPr>
      <w:r>
        <w:lastRenderedPageBreak/>
        <w:t>Strong problem-solving, debugging and analytical skills.</w:t>
      </w:r>
    </w:p>
    <w:p w14:paraId="1CB1D32C" w14:textId="77777777" w:rsidR="006E7074" w:rsidRDefault="00000000">
      <w:pPr>
        <w:pStyle w:val="ListBullet"/>
        <w:spacing w:after="40"/>
        <w:ind w:left="288" w:hanging="216"/>
      </w:pPr>
      <w:r>
        <w:t>Understanding of application security, data validation and secure coding practices.</w:t>
      </w:r>
    </w:p>
    <w:p w14:paraId="6CFEF215" w14:textId="77777777" w:rsidR="006E7074" w:rsidRDefault="00000000">
      <w:pPr>
        <w:pStyle w:val="ListBullet"/>
        <w:spacing w:after="40"/>
        <w:ind w:left="288" w:hanging="216"/>
      </w:pPr>
      <w:r>
        <w:t>Ability to work with existing codebases, troubleshoot issues and implement enhancements.</w:t>
      </w:r>
    </w:p>
    <w:p w14:paraId="0B9A0B30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4. Preferred / Added Advantage</w:t>
      </w:r>
    </w:p>
    <w:p w14:paraId="2FABF825" w14:textId="77777777" w:rsidR="006E7074" w:rsidRDefault="00000000">
      <w:pPr>
        <w:pStyle w:val="ListBullet"/>
        <w:spacing w:after="40"/>
        <w:ind w:left="288" w:hanging="216"/>
      </w:pPr>
      <w:r>
        <w:t>Prior experience in ERP, enterprise application development or internal business applications.</w:t>
      </w:r>
    </w:p>
    <w:p w14:paraId="735B76C2" w14:textId="77777777" w:rsidR="006E7074" w:rsidRDefault="00000000">
      <w:pPr>
        <w:pStyle w:val="ListBullet"/>
        <w:spacing w:after="40"/>
        <w:ind w:left="288" w:hanging="216"/>
      </w:pPr>
      <w:r>
        <w:t>Experience working in a fast-paced software/product development environment.</w:t>
      </w:r>
    </w:p>
    <w:p w14:paraId="16E7F015" w14:textId="77777777" w:rsidR="006E7074" w:rsidRDefault="00000000">
      <w:pPr>
        <w:pStyle w:val="ListBullet"/>
        <w:spacing w:after="40"/>
        <w:ind w:left="288" w:hanging="216"/>
      </w:pPr>
      <w:r>
        <w:t>Exposure to deployment, application monitoring or production support will be an advantage.</w:t>
      </w:r>
    </w:p>
    <w:p w14:paraId="5AF215FE" w14:textId="77777777" w:rsidR="006E7074" w:rsidRDefault="00000000">
      <w:pPr>
        <w:pStyle w:val="ListBullet"/>
        <w:spacing w:after="40"/>
        <w:ind w:left="288" w:hanging="216"/>
      </w:pPr>
      <w:r>
        <w:t>Experience with performance optimization and scalable application architecture.</w:t>
      </w:r>
    </w:p>
    <w:p w14:paraId="14428C3D" w14:textId="77777777" w:rsidR="006E7074" w:rsidRDefault="00000000">
      <w:pPr>
        <w:pStyle w:val="ListBullet"/>
        <w:spacing w:after="40"/>
        <w:ind w:left="288" w:hanging="216"/>
      </w:pPr>
      <w:r>
        <w:t>Good communication and team collaboration skills.</w:t>
      </w:r>
    </w:p>
    <w:p w14:paraId="580AC744" w14:textId="77777777" w:rsidR="006E7074" w:rsidRDefault="00000000">
      <w:pPr>
        <w:pStyle w:val="ListBullet"/>
        <w:spacing w:after="40"/>
        <w:ind w:left="288" w:hanging="216"/>
      </w:pPr>
      <w:r>
        <w:t>Ability to understand business requirements and translate them into technical solutions.</w:t>
      </w:r>
    </w:p>
    <w:p w14:paraId="308B6401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5. Technologies / Tools</w:t>
      </w:r>
    </w:p>
    <w:p w14:paraId="6E884E35" w14:textId="77777777" w:rsidR="006E7074" w:rsidRDefault="00000000">
      <w:pPr>
        <w:pStyle w:val="ListBullet"/>
        <w:spacing w:after="40"/>
        <w:ind w:left="288" w:hanging="216"/>
      </w:pPr>
      <w:r>
        <w:t>Backend: PHP, Laravel</w:t>
      </w:r>
    </w:p>
    <w:p w14:paraId="7E2D2AE8" w14:textId="77777777" w:rsidR="006E7074" w:rsidRDefault="00000000">
      <w:pPr>
        <w:pStyle w:val="ListBullet"/>
        <w:spacing w:after="40"/>
        <w:ind w:left="288" w:hanging="216"/>
      </w:pPr>
      <w:r>
        <w:t>Frontend: React JS, JavaScript, HTML5, CSS3, Bootstrap</w:t>
      </w:r>
    </w:p>
    <w:p w14:paraId="25D3F69A" w14:textId="77777777" w:rsidR="006E7074" w:rsidRDefault="00000000">
      <w:pPr>
        <w:pStyle w:val="ListBullet"/>
        <w:spacing w:after="40"/>
        <w:ind w:left="288" w:hanging="216"/>
      </w:pPr>
      <w:r>
        <w:t>Database: MySQL</w:t>
      </w:r>
    </w:p>
    <w:p w14:paraId="4FA83036" w14:textId="77777777" w:rsidR="006E7074" w:rsidRDefault="00000000">
      <w:pPr>
        <w:pStyle w:val="ListBullet"/>
        <w:spacing w:after="40"/>
        <w:ind w:left="288" w:hanging="216"/>
      </w:pPr>
      <w:r>
        <w:t>API: REST APIs, JSON, Third-Party API Integration</w:t>
      </w:r>
    </w:p>
    <w:p w14:paraId="024E5F4A" w14:textId="77777777" w:rsidR="006E7074" w:rsidRDefault="00000000">
      <w:pPr>
        <w:pStyle w:val="ListBullet"/>
        <w:spacing w:after="40"/>
        <w:ind w:left="288" w:hanging="216"/>
      </w:pPr>
      <w:r>
        <w:t>Version Control: Git</w:t>
      </w:r>
    </w:p>
    <w:p w14:paraId="13AA3AEE" w14:textId="77777777" w:rsidR="006E7074" w:rsidRDefault="00000000">
      <w:pPr>
        <w:pStyle w:val="ListBullet"/>
        <w:spacing w:after="40"/>
        <w:ind w:left="288" w:hanging="216"/>
      </w:pPr>
      <w:r>
        <w:t>Application Area: Web Applications, ERP / Enterprise Applications</w:t>
      </w:r>
    </w:p>
    <w:p w14:paraId="04A373EA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6. Educational Qualification</w:t>
      </w:r>
    </w:p>
    <w:p w14:paraId="0DA28C03" w14:textId="77777777" w:rsidR="006E7074" w:rsidRDefault="00000000">
      <w:pPr>
        <w:pStyle w:val="ListBullet"/>
        <w:spacing w:after="40"/>
        <w:ind w:left="288" w:hanging="216"/>
      </w:pPr>
      <w:r>
        <w:t>Bachelor’s degree in Computer Science, Information Technology, Computer Applications, Engineering or a related technical field.</w:t>
      </w:r>
    </w:p>
    <w:p w14:paraId="2FE204D1" w14:textId="77777777" w:rsidR="006E7074" w:rsidRDefault="00000000">
      <w:pPr>
        <w:pStyle w:val="ListBullet"/>
        <w:spacing w:after="40"/>
        <w:ind w:left="288" w:hanging="216"/>
      </w:pPr>
      <w:r>
        <w:t>Relevant professional certifications or additional technical training will be an added advantage.</w:t>
      </w:r>
    </w:p>
    <w:p w14:paraId="0CDF8279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7. Experience</w:t>
      </w:r>
    </w:p>
    <w:p w14:paraId="759D0670" w14:textId="77777777" w:rsidR="006E7074" w:rsidRDefault="00000000">
      <w:pPr>
        <w:pStyle w:val="ListBullet"/>
        <w:spacing w:after="40"/>
        <w:ind w:left="288" w:hanging="216"/>
      </w:pPr>
      <w:r>
        <w:t>2–4 years of relevant professional experience in PHP web application development.</w:t>
      </w:r>
    </w:p>
    <w:p w14:paraId="240CF684" w14:textId="77777777" w:rsidR="006E7074" w:rsidRDefault="00000000">
      <w:pPr>
        <w:pStyle w:val="ListBullet"/>
        <w:spacing w:after="40"/>
        <w:ind w:left="288" w:hanging="216"/>
      </w:pPr>
      <w:r>
        <w:t>Candidates should have practical project experience with Laravel and React JS.</w:t>
      </w:r>
    </w:p>
    <w:p w14:paraId="2059FB4C" w14:textId="77777777" w:rsidR="006E7074" w:rsidRDefault="00000000">
      <w:pPr>
        <w:pStyle w:val="ListBullet"/>
        <w:spacing w:after="40"/>
        <w:ind w:left="288" w:hanging="216"/>
      </w:pPr>
      <w:r>
        <w:t>Experience in enterprise/ERP application development will be preferred.</w:t>
      </w:r>
    </w:p>
    <w:p w14:paraId="370A682E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8. Key Competencies</w:t>
      </w:r>
    </w:p>
    <w:p w14:paraId="254B70D3" w14:textId="77777777" w:rsidR="006E7074" w:rsidRDefault="00000000">
      <w:pPr>
        <w:pStyle w:val="ListBullet"/>
        <w:spacing w:after="40"/>
        <w:ind w:left="288" w:hanging="216"/>
      </w:pPr>
      <w:r>
        <w:t>Strong analytical and problem-solving ability</w:t>
      </w:r>
    </w:p>
    <w:p w14:paraId="5A340666" w14:textId="77777777" w:rsidR="006E7074" w:rsidRDefault="00000000">
      <w:pPr>
        <w:pStyle w:val="ListBullet"/>
        <w:spacing w:after="40"/>
        <w:ind w:left="288" w:hanging="216"/>
      </w:pPr>
      <w:r>
        <w:t>Attention to detail and quality-focused approach</w:t>
      </w:r>
    </w:p>
    <w:p w14:paraId="18E6564B" w14:textId="77777777" w:rsidR="006E7074" w:rsidRDefault="00000000">
      <w:pPr>
        <w:pStyle w:val="ListBullet"/>
        <w:spacing w:after="40"/>
        <w:ind w:left="288" w:hanging="216"/>
      </w:pPr>
      <w:r>
        <w:t>Ownership and accountability for assigned modules</w:t>
      </w:r>
    </w:p>
    <w:p w14:paraId="5789298D" w14:textId="77777777" w:rsidR="006E7074" w:rsidRDefault="00000000">
      <w:pPr>
        <w:pStyle w:val="ListBullet"/>
        <w:spacing w:after="40"/>
        <w:ind w:left="288" w:hanging="216"/>
      </w:pPr>
      <w:r>
        <w:t>Effective communication and cross-functional collaboration</w:t>
      </w:r>
    </w:p>
    <w:p w14:paraId="440BE9CD" w14:textId="77777777" w:rsidR="006E7074" w:rsidRDefault="00000000">
      <w:pPr>
        <w:pStyle w:val="ListBullet"/>
        <w:spacing w:after="40"/>
        <w:ind w:left="288" w:hanging="216"/>
      </w:pPr>
      <w:r>
        <w:t>Ability to prioritize tasks and meet project timelines</w:t>
      </w:r>
    </w:p>
    <w:p w14:paraId="181546AD" w14:textId="77777777" w:rsidR="006E7074" w:rsidRDefault="00000000">
      <w:pPr>
        <w:pStyle w:val="ListBullet"/>
        <w:spacing w:after="40"/>
        <w:ind w:left="288" w:hanging="216"/>
      </w:pPr>
      <w:r>
        <w:t>Adaptability to new technologies and development practices</w:t>
      </w:r>
    </w:p>
    <w:p w14:paraId="03450F3A" w14:textId="77777777" w:rsidR="006E7074" w:rsidRDefault="00000000">
      <w:pPr>
        <w:pStyle w:val="ListBullet"/>
        <w:spacing w:after="40"/>
        <w:ind w:left="288" w:hanging="216"/>
      </w:pPr>
      <w:r>
        <w:t>Commitment to writing secure, maintainable and scalable code</w:t>
      </w:r>
    </w:p>
    <w:p w14:paraId="0B65D647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t>9. Key Performance Expectations</w:t>
      </w:r>
    </w:p>
    <w:p w14:paraId="5CDA09BB" w14:textId="77777777" w:rsidR="006E7074" w:rsidRDefault="00000000">
      <w:pPr>
        <w:pStyle w:val="ListBullet"/>
        <w:spacing w:after="40"/>
        <w:ind w:left="288" w:hanging="216"/>
      </w:pPr>
      <w:r>
        <w:t>Deliver reliable, scalable and maintainable applications within agreed timelines.</w:t>
      </w:r>
    </w:p>
    <w:p w14:paraId="33B434A6" w14:textId="77777777" w:rsidR="006E7074" w:rsidRDefault="00000000">
      <w:pPr>
        <w:pStyle w:val="ListBullet"/>
        <w:spacing w:after="40"/>
        <w:ind w:left="288" w:hanging="216"/>
      </w:pPr>
      <w:r>
        <w:t>Ensure quality of code, application security and efficient database/API performance.</w:t>
      </w:r>
    </w:p>
    <w:p w14:paraId="23549A2D" w14:textId="77777777" w:rsidR="006E7074" w:rsidRDefault="00000000">
      <w:pPr>
        <w:pStyle w:val="ListBullet"/>
        <w:spacing w:after="40"/>
        <w:ind w:left="288" w:hanging="216"/>
      </w:pPr>
      <w:r>
        <w:t>Minimize production issues through effective debugging, testing and preventive fixes.</w:t>
      </w:r>
    </w:p>
    <w:p w14:paraId="7FAB69F7" w14:textId="77777777" w:rsidR="006E7074" w:rsidRDefault="00000000">
      <w:pPr>
        <w:pStyle w:val="ListBullet"/>
        <w:spacing w:after="40"/>
        <w:ind w:left="288" w:hanging="216"/>
      </w:pPr>
      <w:r>
        <w:t>Contribute to continuous enhancement of ERP and enterprise applications.</w:t>
      </w:r>
    </w:p>
    <w:p w14:paraId="6E0D1CB8" w14:textId="77777777" w:rsidR="006E7074" w:rsidRDefault="00000000">
      <w:pPr>
        <w:pStyle w:val="ListBullet"/>
        <w:spacing w:after="40"/>
        <w:ind w:left="288" w:hanging="216"/>
      </w:pPr>
      <w:r>
        <w:t>Collaborate effectively with internal teams to convert business requirements into working solutions.</w:t>
      </w:r>
    </w:p>
    <w:p w14:paraId="08139F94" w14:textId="77777777" w:rsidR="006E7074" w:rsidRDefault="00000000">
      <w:pPr>
        <w:spacing w:before="160" w:after="80"/>
      </w:pPr>
      <w:r>
        <w:rPr>
          <w:b/>
          <w:color w:val="17365D"/>
          <w:sz w:val="28"/>
        </w:rPr>
        <w:lastRenderedPageBreak/>
        <w:t>10. Job Details &amp; Application</w:t>
      </w:r>
    </w:p>
    <w:p w14:paraId="73DDB76C" w14:textId="6AC11219" w:rsidR="006E7074" w:rsidRDefault="00000000">
      <w:r>
        <w:rPr>
          <w:b/>
        </w:rPr>
        <w:t xml:space="preserve">Company: </w:t>
      </w:r>
      <w:r>
        <w:t>Surya International Enterprise Private Limited</w:t>
      </w:r>
      <w:r>
        <w:br/>
      </w:r>
      <w:r>
        <w:rPr>
          <w:b/>
        </w:rPr>
        <w:t xml:space="preserve">Location: </w:t>
      </w:r>
      <w:r>
        <w:t>Bhubaneswar, Odisha</w:t>
      </w:r>
      <w:r>
        <w:br/>
      </w:r>
      <w:r>
        <w:rPr>
          <w:b/>
        </w:rPr>
        <w:t xml:space="preserve">Employment Type: </w:t>
      </w:r>
      <w:r>
        <w:t>Full-Time</w:t>
      </w:r>
      <w:r>
        <w:br/>
      </w:r>
      <w:r>
        <w:rPr>
          <w:b/>
        </w:rPr>
        <w:t xml:space="preserve">Experience: </w:t>
      </w:r>
      <w:r w:rsidR="00253858">
        <w:t>Freshers</w:t>
      </w:r>
      <w:r>
        <w:br/>
      </w:r>
      <w:r>
        <w:rPr>
          <w:b/>
        </w:rPr>
        <w:t xml:space="preserve">Vacancies: </w:t>
      </w:r>
      <w:r w:rsidR="00253858">
        <w:t>5</w:t>
      </w:r>
      <w:r>
        <w:br/>
      </w:r>
      <w:r>
        <w:rPr>
          <w:b/>
        </w:rPr>
        <w:t xml:space="preserve">Contact: </w:t>
      </w:r>
      <w:r>
        <w:t>9124589961</w:t>
      </w:r>
      <w:r>
        <w:br/>
      </w:r>
      <w:r>
        <w:rPr>
          <w:b/>
        </w:rPr>
        <w:t xml:space="preserve">Email: </w:t>
      </w:r>
      <w:r>
        <w:t>hr@groupsurya.co.in</w:t>
      </w:r>
      <w:r>
        <w:br/>
      </w:r>
      <w:r>
        <w:rPr>
          <w:b/>
        </w:rPr>
        <w:t xml:space="preserve">Website: </w:t>
      </w:r>
      <w:r>
        <w:t>www.groupsurya.co.in</w:t>
      </w:r>
    </w:p>
    <w:sectPr w:rsidR="006E7074" w:rsidSect="00034616">
      <w:footerReference w:type="default" r:id="rId8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BE0B9" w14:textId="77777777" w:rsidR="00EC7E19" w:rsidRDefault="00EC7E19">
      <w:pPr>
        <w:spacing w:after="0" w:line="240" w:lineRule="auto"/>
      </w:pPr>
      <w:r>
        <w:separator/>
      </w:r>
    </w:p>
  </w:endnote>
  <w:endnote w:type="continuationSeparator" w:id="0">
    <w:p w14:paraId="47F4BF8F" w14:textId="77777777" w:rsidR="00EC7E19" w:rsidRDefault="00EC7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AF9C" w14:textId="77777777" w:rsidR="006E7074" w:rsidRDefault="00000000">
    <w:pPr>
      <w:pStyle w:val="Footer"/>
      <w:jc w:val="center"/>
    </w:pPr>
    <w:r>
      <w:rPr>
        <w:color w:val="666666"/>
        <w:sz w:val="16"/>
      </w:rPr>
      <w:t>Surya International Enterprise Private Limited | PHP Developer – Laravel + React JS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02FB" w14:textId="77777777" w:rsidR="00EC7E19" w:rsidRDefault="00EC7E19">
      <w:pPr>
        <w:spacing w:after="0" w:line="240" w:lineRule="auto"/>
      </w:pPr>
      <w:r>
        <w:separator/>
      </w:r>
    </w:p>
  </w:footnote>
  <w:footnote w:type="continuationSeparator" w:id="0">
    <w:p w14:paraId="480C84DA" w14:textId="77777777" w:rsidR="00EC7E19" w:rsidRDefault="00EC7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3322627">
    <w:abstractNumId w:val="8"/>
  </w:num>
  <w:num w:numId="2" w16cid:durableId="953707452">
    <w:abstractNumId w:val="6"/>
  </w:num>
  <w:num w:numId="3" w16cid:durableId="322783989">
    <w:abstractNumId w:val="5"/>
  </w:num>
  <w:num w:numId="4" w16cid:durableId="1482843706">
    <w:abstractNumId w:val="4"/>
  </w:num>
  <w:num w:numId="5" w16cid:durableId="962811799">
    <w:abstractNumId w:val="7"/>
  </w:num>
  <w:num w:numId="6" w16cid:durableId="1436171154">
    <w:abstractNumId w:val="3"/>
  </w:num>
  <w:num w:numId="7" w16cid:durableId="769011745">
    <w:abstractNumId w:val="2"/>
  </w:num>
  <w:num w:numId="8" w16cid:durableId="1009140919">
    <w:abstractNumId w:val="1"/>
  </w:num>
  <w:num w:numId="9" w16cid:durableId="77498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3858"/>
    <w:rsid w:val="0029639D"/>
    <w:rsid w:val="00326F90"/>
    <w:rsid w:val="005C4439"/>
    <w:rsid w:val="006E7074"/>
    <w:rsid w:val="00AA1D8D"/>
    <w:rsid w:val="00B47730"/>
    <w:rsid w:val="00CB0664"/>
    <w:rsid w:val="00EC7E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0B94A1"/>
  <w14:defaultImageDpi w14:val="300"/>
  <w15:docId w15:val="{5B361353-E449-46A0-9AD2-B9153C02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Aditya</cp:lastModifiedBy>
  <cp:revision>2</cp:revision>
  <dcterms:created xsi:type="dcterms:W3CDTF">2026-08-10T13:39:00Z</dcterms:created>
  <dcterms:modified xsi:type="dcterms:W3CDTF">2026-08-10T13:39:00Z</dcterms:modified>
  <cp:category/>
</cp:coreProperties>
</file>